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15BFC" w14:textId="77777777" w:rsidR="000223E3" w:rsidRDefault="00000000">
      <w:pPr>
        <w:jc w:val="right"/>
      </w:pPr>
      <w:r>
        <w:rPr>
          <w:i/>
          <w:color w:val="555555"/>
        </w:rPr>
        <w:t>Załącznik nr 1 do Zapytania Ofertowego</w:t>
      </w:r>
    </w:p>
    <w:p w14:paraId="6442C3FD" w14:textId="3603F8D9" w:rsidR="000223E3" w:rsidRDefault="00000000">
      <w:pPr>
        <w:spacing w:before="240" w:after="40"/>
        <w:jc w:val="center"/>
      </w:pPr>
      <w:r>
        <w:rPr>
          <w:b/>
          <w:color w:val="003366"/>
          <w:sz w:val="36"/>
        </w:rPr>
        <w:t>FORMULARZ OFERTOWY</w:t>
      </w:r>
    </w:p>
    <w:p w14:paraId="70659B0C" w14:textId="77777777" w:rsidR="000223E3" w:rsidRDefault="00000000">
      <w:pPr>
        <w:spacing w:after="320"/>
        <w:jc w:val="center"/>
      </w:pPr>
      <w:r>
        <w:rPr>
          <w:b/>
          <w:sz w:val="24"/>
        </w:rPr>
        <w:t>Kompleksowa dostawa paliwa gazowego dla obiektu Szkoły Podstawowej w Wieleninie</w:t>
      </w:r>
    </w:p>
    <w:p w14:paraId="04FA08E9" w14:textId="77777777" w:rsidR="000223E3" w:rsidRDefault="00000000">
      <w:pPr>
        <w:keepNext/>
        <w:spacing w:before="280" w:after="120"/>
      </w:pPr>
      <w:r>
        <w:rPr>
          <w:b/>
          <w:color w:val="003366"/>
          <w:sz w:val="24"/>
        </w:rPr>
        <w:t>I. ZAMAWIAJĄCY</w:t>
      </w:r>
    </w:p>
    <w:p w14:paraId="07347557" w14:textId="77777777" w:rsidR="000223E3" w:rsidRDefault="00000000">
      <w:r>
        <w:rPr>
          <w:b/>
        </w:rPr>
        <w:t>Gmina Uniejów</w:t>
      </w:r>
      <w:r>
        <w:rPr>
          <w:b/>
        </w:rPr>
        <w:br/>
      </w:r>
      <w:r>
        <w:t>ul. Błogosławionego Bogumiła 13, 99-210 Uniejów</w:t>
      </w:r>
      <w:r>
        <w:br/>
        <w:t>NIP: 828-13-56-173, REGON: 311019568</w:t>
      </w:r>
    </w:p>
    <w:p w14:paraId="028641E8" w14:textId="77777777" w:rsidR="000223E3" w:rsidRDefault="00000000">
      <w:pPr>
        <w:keepNext/>
        <w:spacing w:before="280" w:after="120"/>
      </w:pPr>
      <w:r>
        <w:rPr>
          <w:b/>
          <w:color w:val="003366"/>
          <w:sz w:val="24"/>
        </w:rPr>
        <w:t>II. DANE WYKONAWCY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3168"/>
        <w:gridCol w:w="6480"/>
      </w:tblGrid>
      <w:tr w:rsidR="000223E3" w14:paraId="12CFEB6F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9B16B4" w14:textId="77777777" w:rsidR="000223E3" w:rsidRDefault="00000000">
            <w:pPr>
              <w:spacing w:after="40"/>
            </w:pPr>
            <w:r>
              <w:rPr>
                <w:b/>
              </w:rPr>
              <w:t>Pełna nazwa Wykonawcy: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C2E4CA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  <w:tr w:rsidR="000223E3" w14:paraId="773BEE9F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87B0D4" w14:textId="77777777" w:rsidR="000223E3" w:rsidRDefault="00000000">
            <w:pPr>
              <w:spacing w:after="40"/>
            </w:pPr>
            <w:r>
              <w:rPr>
                <w:b/>
              </w:rPr>
              <w:t>Adres / Siedziba: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9794FF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  <w:tr w:rsidR="000223E3" w14:paraId="3FF1E89F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3E50DB" w14:textId="77777777" w:rsidR="000223E3" w:rsidRDefault="00000000">
            <w:pPr>
              <w:spacing w:after="40"/>
            </w:pPr>
            <w:r>
              <w:rPr>
                <w:b/>
              </w:rPr>
              <w:t>NIP / REGON: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B0CE94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  <w:tr w:rsidR="000223E3" w14:paraId="5A9AB56F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75E1F8" w14:textId="77777777" w:rsidR="000223E3" w:rsidRDefault="00000000">
            <w:pPr>
              <w:spacing w:after="40"/>
            </w:pPr>
            <w:r>
              <w:rPr>
                <w:b/>
              </w:rPr>
              <w:t>KRS / CEIDG: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AC880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  <w:tr w:rsidR="000223E3" w14:paraId="40F0F32A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2F427B" w14:textId="77777777" w:rsidR="000223E3" w:rsidRDefault="00000000">
            <w:pPr>
              <w:spacing w:after="40"/>
            </w:pPr>
            <w:r>
              <w:rPr>
                <w:b/>
              </w:rPr>
              <w:t>Osoba do kontaktów: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165CC0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  <w:tr w:rsidR="000223E3" w14:paraId="5A374B85" w14:textId="77777777">
        <w:trPr>
          <w:jc w:val="center"/>
        </w:trPr>
        <w:tc>
          <w:tcPr>
            <w:tcW w:w="316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AD5BAF" w14:textId="77777777" w:rsidR="000223E3" w:rsidRDefault="00000000">
            <w:pPr>
              <w:spacing w:after="40"/>
            </w:pPr>
            <w:r>
              <w:rPr>
                <w:b/>
              </w:rPr>
              <w:t>Telefon / E-mail:</w:t>
            </w:r>
          </w:p>
        </w:tc>
        <w:tc>
          <w:tcPr>
            <w:tcW w:w="648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A34913" w14:textId="77777777" w:rsidR="000223E3" w:rsidRDefault="00000000">
            <w:pPr>
              <w:spacing w:after="40"/>
            </w:pPr>
            <w:r>
              <w:t>.........................................................................................................</w:t>
            </w:r>
          </w:p>
        </w:tc>
      </w:tr>
    </w:tbl>
    <w:p w14:paraId="165923A2" w14:textId="77777777" w:rsidR="000223E3" w:rsidRDefault="00000000">
      <w:pPr>
        <w:keepNext/>
        <w:spacing w:before="280" w:after="120"/>
      </w:pPr>
      <w:r>
        <w:rPr>
          <w:b/>
          <w:color w:val="003366"/>
          <w:sz w:val="24"/>
        </w:rPr>
        <w:t>III. FORMULARZ CENOWY</w:t>
      </w:r>
    </w:p>
    <w:p w14:paraId="74B8AA0E" w14:textId="77777777" w:rsidR="000223E3" w:rsidRDefault="00000000">
      <w:r>
        <w:t>Odpowiadając na zapytanie ofertowe na kompleksową dostawę paliwa gazowego dla Szkoły Podstawowej w Wieleninie (Wielenin – Kolonia 30A, 99-210 Uniejów, PPG nr 8018590365500028838406), oferujemy realizację zamówienia wg poniższych kalkulacji:</w:t>
      </w:r>
    </w:p>
    <w:p w14:paraId="6B60E1BB" w14:textId="77777777" w:rsidR="000223E3" w:rsidRDefault="000223E3">
      <w:pPr>
        <w:spacing w:after="40"/>
      </w:pPr>
    </w:p>
    <w:p w14:paraId="7EC0AC81" w14:textId="77777777" w:rsidR="000223E3" w:rsidRDefault="00000000">
      <w:r>
        <w:rPr>
          <w:b/>
        </w:rPr>
        <w:t>1. Kalkulacja kosztów sprzedaży paliwa gazowego (szacowane zużycie: 138 831 kWh):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576"/>
        <w:gridCol w:w="2880"/>
        <w:gridCol w:w="1296"/>
        <w:gridCol w:w="1584"/>
        <w:gridCol w:w="1152"/>
        <w:gridCol w:w="720"/>
        <w:gridCol w:w="1296"/>
      </w:tblGrid>
      <w:tr w:rsidR="000223E3" w14:paraId="69F56B83" w14:textId="77777777">
        <w:trPr>
          <w:jc w:val="center"/>
        </w:trPr>
        <w:tc>
          <w:tcPr>
            <w:tcW w:w="57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0A6CE85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Lp.</w:t>
            </w:r>
          </w:p>
        </w:tc>
        <w:tc>
          <w:tcPr>
            <w:tcW w:w="2880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A4D8F51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Składnik ceny</w:t>
            </w:r>
          </w:p>
        </w:tc>
        <w:tc>
          <w:tcPr>
            <w:tcW w:w="129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C800FCF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Ilość / J.m.</w:t>
            </w:r>
          </w:p>
        </w:tc>
        <w:tc>
          <w:tcPr>
            <w:tcW w:w="1584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EB5BEF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Cena jednostkowa netto (zł)</w:t>
            </w:r>
          </w:p>
        </w:tc>
        <w:tc>
          <w:tcPr>
            <w:tcW w:w="1152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328A4E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Wartość netto (zł)</w:t>
            </w:r>
          </w:p>
        </w:tc>
        <w:tc>
          <w:tcPr>
            <w:tcW w:w="720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F0D22B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VAT</w:t>
            </w:r>
          </w:p>
        </w:tc>
        <w:tc>
          <w:tcPr>
            <w:tcW w:w="129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DBB6A9B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Wartość brutto (zł)</w:t>
            </w:r>
          </w:p>
        </w:tc>
      </w:tr>
      <w:tr w:rsidR="000223E3" w14:paraId="6AD1BE95" w14:textId="77777777">
        <w:trPr>
          <w:jc w:val="center"/>
        </w:trPr>
        <w:tc>
          <w:tcPr>
            <w:tcW w:w="57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72A6B11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1.</w:t>
            </w:r>
          </w:p>
        </w:tc>
        <w:tc>
          <w:tcPr>
            <w:tcW w:w="2880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15A22ED" w14:textId="77777777" w:rsidR="000223E3" w:rsidRDefault="00000000">
            <w:pPr>
              <w:spacing w:after="40"/>
            </w:pPr>
            <w:r>
              <w:rPr>
                <w:sz w:val="19"/>
              </w:rPr>
              <w:t>Cena paliwa gazowego</w:t>
            </w:r>
          </w:p>
        </w:tc>
        <w:tc>
          <w:tcPr>
            <w:tcW w:w="129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9FA96F7" w14:textId="65270731" w:rsidR="000223E3" w:rsidRDefault="00652496">
            <w:pPr>
              <w:spacing w:after="40"/>
              <w:jc w:val="center"/>
            </w:pPr>
            <w:r>
              <w:rPr>
                <w:sz w:val="19"/>
              </w:rPr>
              <w:t>1 kWh</w:t>
            </w:r>
          </w:p>
        </w:tc>
        <w:tc>
          <w:tcPr>
            <w:tcW w:w="1584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D7E7CC4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 zł/kWh</w:t>
            </w:r>
          </w:p>
        </w:tc>
        <w:tc>
          <w:tcPr>
            <w:tcW w:w="1152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88533F6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  <w:tc>
          <w:tcPr>
            <w:tcW w:w="720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9272627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23%</w:t>
            </w:r>
          </w:p>
        </w:tc>
        <w:tc>
          <w:tcPr>
            <w:tcW w:w="129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DEF9270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</w:tr>
      <w:tr w:rsidR="000223E3" w14:paraId="43F522A1" w14:textId="77777777">
        <w:trPr>
          <w:jc w:val="center"/>
        </w:trPr>
        <w:tc>
          <w:tcPr>
            <w:tcW w:w="57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B89498D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2.</w:t>
            </w:r>
          </w:p>
        </w:tc>
        <w:tc>
          <w:tcPr>
            <w:tcW w:w="2880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CD75D99" w14:textId="77777777" w:rsidR="000223E3" w:rsidRDefault="00000000">
            <w:pPr>
              <w:spacing w:after="40"/>
            </w:pPr>
            <w:r>
              <w:rPr>
                <w:sz w:val="19"/>
              </w:rPr>
              <w:t>Opłata handlowa</w:t>
            </w:r>
          </w:p>
        </w:tc>
        <w:tc>
          <w:tcPr>
            <w:tcW w:w="129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D2E72F9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12 mies.</w:t>
            </w:r>
          </w:p>
        </w:tc>
        <w:tc>
          <w:tcPr>
            <w:tcW w:w="1584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9FDA3BB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 zł/mc</w:t>
            </w:r>
          </w:p>
        </w:tc>
        <w:tc>
          <w:tcPr>
            <w:tcW w:w="1152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27F1EA3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  <w:tc>
          <w:tcPr>
            <w:tcW w:w="720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1C74E07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23%</w:t>
            </w:r>
          </w:p>
        </w:tc>
        <w:tc>
          <w:tcPr>
            <w:tcW w:w="129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6090AEE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</w:tr>
      <w:tr w:rsidR="000223E3" w14:paraId="7D85D6C1" w14:textId="77777777">
        <w:trPr>
          <w:jc w:val="center"/>
        </w:trPr>
        <w:tc>
          <w:tcPr>
            <w:tcW w:w="57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E3E4FFC" w14:textId="77777777" w:rsidR="000223E3" w:rsidRDefault="000223E3">
            <w:pPr>
              <w:spacing w:after="40"/>
              <w:jc w:val="center"/>
            </w:pPr>
          </w:p>
        </w:tc>
        <w:tc>
          <w:tcPr>
            <w:tcW w:w="2880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78F33B1" w14:textId="77777777" w:rsidR="000223E3" w:rsidRDefault="00000000">
            <w:pPr>
              <w:spacing w:after="40"/>
            </w:pPr>
            <w:r>
              <w:rPr>
                <w:b/>
                <w:sz w:val="19"/>
              </w:rPr>
              <w:t>RAZEM SPRZEDAŻ (A)</w:t>
            </w:r>
          </w:p>
        </w:tc>
        <w:tc>
          <w:tcPr>
            <w:tcW w:w="129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BBEC92B" w14:textId="77777777" w:rsidR="000223E3" w:rsidRDefault="00000000">
            <w:pPr>
              <w:spacing w:after="40"/>
              <w:jc w:val="center"/>
            </w:pPr>
            <w:r>
              <w:rPr>
                <w:b/>
                <w:sz w:val="19"/>
              </w:rPr>
              <w:t>—</w:t>
            </w:r>
          </w:p>
        </w:tc>
        <w:tc>
          <w:tcPr>
            <w:tcW w:w="1584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138557C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—</w:t>
            </w:r>
          </w:p>
        </w:tc>
        <w:tc>
          <w:tcPr>
            <w:tcW w:w="1152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93427E1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...................</w:t>
            </w:r>
          </w:p>
        </w:tc>
        <w:tc>
          <w:tcPr>
            <w:tcW w:w="720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0EA8E33" w14:textId="77777777" w:rsidR="000223E3" w:rsidRDefault="00000000">
            <w:pPr>
              <w:spacing w:after="40"/>
              <w:jc w:val="center"/>
            </w:pPr>
            <w:r>
              <w:rPr>
                <w:b/>
                <w:sz w:val="19"/>
              </w:rPr>
              <w:t>23%</w:t>
            </w:r>
          </w:p>
        </w:tc>
        <w:tc>
          <w:tcPr>
            <w:tcW w:w="129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15DFB7E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...................</w:t>
            </w:r>
          </w:p>
        </w:tc>
      </w:tr>
    </w:tbl>
    <w:p w14:paraId="54C89EBD" w14:textId="77777777" w:rsidR="00FB758C" w:rsidRDefault="00FB758C">
      <w:pPr>
        <w:rPr>
          <w:b/>
        </w:rPr>
      </w:pPr>
    </w:p>
    <w:p w14:paraId="26372521" w14:textId="77777777" w:rsidR="00FB758C" w:rsidRDefault="00FB758C">
      <w:pPr>
        <w:rPr>
          <w:b/>
        </w:rPr>
      </w:pPr>
    </w:p>
    <w:p w14:paraId="663A5002" w14:textId="77777777" w:rsidR="00FB758C" w:rsidRDefault="00FB758C">
      <w:pPr>
        <w:rPr>
          <w:b/>
        </w:rPr>
      </w:pPr>
    </w:p>
    <w:p w14:paraId="63B3C6DB" w14:textId="77777777" w:rsidR="00FB758C" w:rsidRDefault="00FB758C">
      <w:pPr>
        <w:rPr>
          <w:b/>
        </w:rPr>
      </w:pPr>
    </w:p>
    <w:p w14:paraId="376F0E32" w14:textId="661C3896" w:rsidR="000223E3" w:rsidRDefault="00000000">
      <w:r>
        <w:rPr>
          <w:b/>
        </w:rPr>
        <w:t>2. Kalkulacja kosztów dystrybucji paliwa gazowego (Taryfa OSD dla grupy W-5.1):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576"/>
        <w:gridCol w:w="2880"/>
        <w:gridCol w:w="1296"/>
        <w:gridCol w:w="1584"/>
        <w:gridCol w:w="1152"/>
        <w:gridCol w:w="720"/>
        <w:gridCol w:w="1296"/>
      </w:tblGrid>
      <w:tr w:rsidR="000223E3" w14:paraId="02B16669" w14:textId="77777777">
        <w:trPr>
          <w:jc w:val="center"/>
        </w:trPr>
        <w:tc>
          <w:tcPr>
            <w:tcW w:w="57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A8052CE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lastRenderedPageBreak/>
              <w:t>Lp.</w:t>
            </w:r>
          </w:p>
        </w:tc>
        <w:tc>
          <w:tcPr>
            <w:tcW w:w="2880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7F57CFA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Składnik ceny</w:t>
            </w:r>
          </w:p>
        </w:tc>
        <w:tc>
          <w:tcPr>
            <w:tcW w:w="129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C88259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Ilość / J.m.</w:t>
            </w:r>
          </w:p>
        </w:tc>
        <w:tc>
          <w:tcPr>
            <w:tcW w:w="1584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A3D7004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Cena jednostkowa netto (zł)</w:t>
            </w:r>
          </w:p>
        </w:tc>
        <w:tc>
          <w:tcPr>
            <w:tcW w:w="1152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FF2193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Wartość netto (zł)</w:t>
            </w:r>
          </w:p>
        </w:tc>
        <w:tc>
          <w:tcPr>
            <w:tcW w:w="720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3B7A8E5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VAT</w:t>
            </w:r>
          </w:p>
        </w:tc>
        <w:tc>
          <w:tcPr>
            <w:tcW w:w="1296" w:type="dxa"/>
            <w:shd w:val="clear" w:color="auto" w:fill="003366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7D71E48" w14:textId="77777777" w:rsidR="000223E3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Wartość brutto (zł)</w:t>
            </w:r>
          </w:p>
        </w:tc>
      </w:tr>
      <w:tr w:rsidR="000223E3" w14:paraId="650C901A" w14:textId="77777777">
        <w:trPr>
          <w:jc w:val="center"/>
        </w:trPr>
        <w:tc>
          <w:tcPr>
            <w:tcW w:w="57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AB26ABC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1.</w:t>
            </w:r>
          </w:p>
        </w:tc>
        <w:tc>
          <w:tcPr>
            <w:tcW w:w="2880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9B5AF06" w14:textId="77777777" w:rsidR="000223E3" w:rsidRDefault="00000000">
            <w:pPr>
              <w:spacing w:after="40"/>
            </w:pPr>
            <w:r>
              <w:rPr>
                <w:sz w:val="19"/>
              </w:rPr>
              <w:t>Opłata dystrybucyjna stała</w:t>
            </w:r>
          </w:p>
        </w:tc>
        <w:tc>
          <w:tcPr>
            <w:tcW w:w="129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A086C45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12 mies.</w:t>
            </w:r>
          </w:p>
        </w:tc>
        <w:tc>
          <w:tcPr>
            <w:tcW w:w="1584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02E6CE8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 zł/mc</w:t>
            </w:r>
          </w:p>
        </w:tc>
        <w:tc>
          <w:tcPr>
            <w:tcW w:w="1152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014D1F4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  <w:tc>
          <w:tcPr>
            <w:tcW w:w="720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9C75708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23%</w:t>
            </w:r>
          </w:p>
        </w:tc>
        <w:tc>
          <w:tcPr>
            <w:tcW w:w="1296" w:type="dx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F629C21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</w:tr>
      <w:tr w:rsidR="000223E3" w14:paraId="2D95E732" w14:textId="77777777">
        <w:trPr>
          <w:jc w:val="center"/>
        </w:trPr>
        <w:tc>
          <w:tcPr>
            <w:tcW w:w="57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E0127CA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2.</w:t>
            </w:r>
          </w:p>
        </w:tc>
        <w:tc>
          <w:tcPr>
            <w:tcW w:w="2880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D602AE6" w14:textId="77777777" w:rsidR="000223E3" w:rsidRDefault="00000000">
            <w:pPr>
              <w:spacing w:after="40"/>
            </w:pPr>
            <w:r>
              <w:rPr>
                <w:sz w:val="19"/>
              </w:rPr>
              <w:t>Opłata dystrybucyjna zmienna</w:t>
            </w:r>
          </w:p>
        </w:tc>
        <w:tc>
          <w:tcPr>
            <w:tcW w:w="129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D5AB46F" w14:textId="690EA907" w:rsidR="000223E3" w:rsidRDefault="00652496">
            <w:pPr>
              <w:spacing w:after="40"/>
              <w:jc w:val="center"/>
            </w:pPr>
            <w:r>
              <w:rPr>
                <w:sz w:val="19"/>
              </w:rPr>
              <w:t>1 kWh</w:t>
            </w:r>
          </w:p>
        </w:tc>
        <w:tc>
          <w:tcPr>
            <w:tcW w:w="1584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BC90255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 zł/kWh</w:t>
            </w:r>
          </w:p>
        </w:tc>
        <w:tc>
          <w:tcPr>
            <w:tcW w:w="1152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96B4207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  <w:tc>
          <w:tcPr>
            <w:tcW w:w="720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2D10DDE" w14:textId="77777777" w:rsidR="000223E3" w:rsidRDefault="00000000">
            <w:pPr>
              <w:spacing w:after="40"/>
              <w:jc w:val="center"/>
            </w:pPr>
            <w:r>
              <w:rPr>
                <w:sz w:val="19"/>
              </w:rPr>
              <w:t>23%</w:t>
            </w:r>
          </w:p>
        </w:tc>
        <w:tc>
          <w:tcPr>
            <w:tcW w:w="1296" w:type="dxa"/>
            <w:shd w:val="clear" w:color="auto" w:fill="F8F9FA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90DB2EC" w14:textId="77777777" w:rsidR="000223E3" w:rsidRDefault="00000000">
            <w:pPr>
              <w:spacing w:after="40"/>
              <w:jc w:val="right"/>
            </w:pPr>
            <w:r>
              <w:rPr>
                <w:sz w:val="19"/>
              </w:rPr>
              <w:t>...................</w:t>
            </w:r>
          </w:p>
        </w:tc>
      </w:tr>
      <w:tr w:rsidR="000223E3" w14:paraId="6BF3FCB5" w14:textId="77777777">
        <w:trPr>
          <w:jc w:val="center"/>
        </w:trPr>
        <w:tc>
          <w:tcPr>
            <w:tcW w:w="57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AD32C5F" w14:textId="77777777" w:rsidR="000223E3" w:rsidRDefault="000223E3">
            <w:pPr>
              <w:spacing w:after="40"/>
              <w:jc w:val="center"/>
            </w:pPr>
          </w:p>
        </w:tc>
        <w:tc>
          <w:tcPr>
            <w:tcW w:w="2880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25A3617" w14:textId="77777777" w:rsidR="000223E3" w:rsidRDefault="00000000">
            <w:pPr>
              <w:spacing w:after="40"/>
            </w:pPr>
            <w:r>
              <w:rPr>
                <w:b/>
                <w:sz w:val="19"/>
              </w:rPr>
              <w:t>RAZEM DYSTRYBUCJA (B)</w:t>
            </w:r>
          </w:p>
        </w:tc>
        <w:tc>
          <w:tcPr>
            <w:tcW w:w="129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9D9FAAE" w14:textId="77777777" w:rsidR="000223E3" w:rsidRDefault="00000000">
            <w:pPr>
              <w:spacing w:after="40"/>
              <w:jc w:val="center"/>
            </w:pPr>
            <w:r>
              <w:rPr>
                <w:b/>
                <w:sz w:val="19"/>
              </w:rPr>
              <w:t>—</w:t>
            </w:r>
          </w:p>
        </w:tc>
        <w:tc>
          <w:tcPr>
            <w:tcW w:w="1584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A72B562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—</w:t>
            </w:r>
          </w:p>
        </w:tc>
        <w:tc>
          <w:tcPr>
            <w:tcW w:w="1152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DA55813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...................</w:t>
            </w:r>
          </w:p>
        </w:tc>
        <w:tc>
          <w:tcPr>
            <w:tcW w:w="720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B30CB2F" w14:textId="77777777" w:rsidR="000223E3" w:rsidRDefault="00000000">
            <w:pPr>
              <w:spacing w:after="40"/>
              <w:jc w:val="center"/>
            </w:pPr>
            <w:r>
              <w:rPr>
                <w:b/>
                <w:sz w:val="19"/>
              </w:rPr>
              <w:t>23%</w:t>
            </w:r>
          </w:p>
        </w:tc>
        <w:tc>
          <w:tcPr>
            <w:tcW w:w="1296" w:type="dxa"/>
            <w:shd w:val="clear" w:color="auto" w:fill="E6ECF2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9EFB4B3" w14:textId="77777777" w:rsidR="000223E3" w:rsidRDefault="00000000">
            <w:pPr>
              <w:spacing w:after="40"/>
              <w:jc w:val="right"/>
            </w:pPr>
            <w:r>
              <w:rPr>
                <w:b/>
                <w:sz w:val="19"/>
              </w:rPr>
              <w:t>...................</w:t>
            </w:r>
          </w:p>
        </w:tc>
      </w:tr>
    </w:tbl>
    <w:p w14:paraId="0A32A91D" w14:textId="77777777" w:rsidR="000223E3" w:rsidRDefault="00000000">
      <w:pPr>
        <w:keepNext/>
        <w:spacing w:before="280" w:after="120"/>
      </w:pPr>
      <w:r>
        <w:rPr>
          <w:b/>
          <w:color w:val="003366"/>
          <w:sz w:val="24"/>
        </w:rPr>
        <w:t>3. PODSUMOWANIE ŁĄCZNEJ CENY OFERTY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4320"/>
        <w:gridCol w:w="5328"/>
      </w:tblGrid>
      <w:tr w:rsidR="000223E3" w14:paraId="47638192" w14:textId="77777777">
        <w:trPr>
          <w:jc w:val="center"/>
        </w:trPr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8E6CAA" w14:textId="77777777" w:rsidR="000223E3" w:rsidRDefault="00000000">
            <w:pPr>
              <w:spacing w:after="40"/>
            </w:pPr>
            <w:r>
              <w:rPr>
                <w:b/>
              </w:rPr>
              <w:t>ŁĄCZNA WARTOŚĆ NETTO (A + B):</w:t>
            </w:r>
          </w:p>
        </w:tc>
        <w:tc>
          <w:tcPr>
            <w:tcW w:w="532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EB9942" w14:textId="77777777" w:rsidR="000223E3" w:rsidRDefault="00000000">
            <w:pPr>
              <w:spacing w:after="40"/>
            </w:pPr>
            <w:r>
              <w:rPr>
                <w:b/>
              </w:rPr>
              <w:t>.................................................... zł netto</w:t>
            </w:r>
          </w:p>
        </w:tc>
      </w:tr>
      <w:tr w:rsidR="000223E3" w14:paraId="5A5E0A19" w14:textId="77777777">
        <w:trPr>
          <w:jc w:val="center"/>
        </w:trPr>
        <w:tc>
          <w:tcPr>
            <w:tcW w:w="432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6E9CF9" w14:textId="77777777" w:rsidR="000223E3" w:rsidRDefault="00000000">
            <w:pPr>
              <w:spacing w:after="40"/>
            </w:pPr>
            <w:r>
              <w:rPr>
                <w:b/>
              </w:rPr>
              <w:t>KWOTA PODATKU VAT (23%):</w:t>
            </w:r>
          </w:p>
        </w:tc>
        <w:tc>
          <w:tcPr>
            <w:tcW w:w="5328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8DB9D" w14:textId="77777777" w:rsidR="000223E3" w:rsidRDefault="00000000">
            <w:pPr>
              <w:spacing w:after="40"/>
            </w:pPr>
            <w:r>
              <w:rPr>
                <w:b/>
              </w:rPr>
              <w:t>.................................................... zł VAT</w:t>
            </w:r>
          </w:p>
        </w:tc>
      </w:tr>
      <w:tr w:rsidR="000223E3" w14:paraId="355F91F2" w14:textId="77777777">
        <w:trPr>
          <w:jc w:val="center"/>
        </w:trPr>
        <w:tc>
          <w:tcPr>
            <w:tcW w:w="4320" w:type="dxa"/>
            <w:shd w:val="clear" w:color="auto" w:fill="E6EC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B648C8" w14:textId="77777777" w:rsidR="000223E3" w:rsidRDefault="00000000">
            <w:pPr>
              <w:spacing w:after="40"/>
            </w:pPr>
            <w:r>
              <w:rPr>
                <w:b/>
              </w:rPr>
              <w:t>ŁĄCZNA CENA BRUTTO (A + B):</w:t>
            </w:r>
          </w:p>
        </w:tc>
        <w:tc>
          <w:tcPr>
            <w:tcW w:w="5328" w:type="dxa"/>
            <w:shd w:val="clear" w:color="auto" w:fill="E6EC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3097B" w14:textId="77777777" w:rsidR="000223E3" w:rsidRDefault="00000000">
            <w:pPr>
              <w:spacing w:after="40"/>
            </w:pPr>
            <w:r>
              <w:rPr>
                <w:b/>
              </w:rPr>
              <w:t>.................................................... zł brutto</w:t>
            </w:r>
          </w:p>
        </w:tc>
      </w:tr>
    </w:tbl>
    <w:p w14:paraId="2E6EB7B9" w14:textId="77777777" w:rsidR="000223E3" w:rsidRDefault="00000000">
      <w:pPr>
        <w:spacing w:before="120"/>
      </w:pPr>
      <w:r>
        <w:t>Słownie cena brutto: .......................................................................................................................................................................</w:t>
      </w:r>
    </w:p>
    <w:p w14:paraId="688B00A2" w14:textId="77777777" w:rsidR="000223E3" w:rsidRDefault="00000000">
      <w:pPr>
        <w:keepNext/>
        <w:spacing w:before="280" w:after="120"/>
      </w:pPr>
      <w:r>
        <w:rPr>
          <w:b/>
          <w:color w:val="003366"/>
          <w:sz w:val="24"/>
        </w:rPr>
        <w:t>IV. OŚWIADCZENIA WYKONAWCY</w:t>
      </w:r>
    </w:p>
    <w:p w14:paraId="37A42B2E" w14:textId="77777777" w:rsidR="000223E3" w:rsidRDefault="00000000">
      <w:pPr>
        <w:spacing w:after="60"/>
      </w:pPr>
      <w:r>
        <w:t>1. Oświadczamy, że zapoznaliśmy się z treścią Zapytania Ofertowego i nie wnosimy do niego żadnych zastrzeżeń oraz uzyskaliśmy wszelkie informacje niezbędne do należytego przygotowania oferty.</w:t>
      </w:r>
    </w:p>
    <w:p w14:paraId="301965DE" w14:textId="77777777" w:rsidR="000223E3" w:rsidRDefault="00000000">
      <w:pPr>
        <w:spacing w:after="60"/>
      </w:pPr>
      <w:r>
        <w:t>2. Oświadczamy, że posiadamy aktualną Koncesję na obrót paliwami gazowymi wydaną przez Prezesa URE oraz ważną umowę z Operatorem Systemu Dystrybucyjnego (OSD) umożliwiającą świadczenie usług dystrybucji na obszarze punktu poboru Zamawiającego.</w:t>
      </w:r>
    </w:p>
    <w:p w14:paraId="5965CD8A" w14:textId="77777777" w:rsidR="000223E3" w:rsidRDefault="00000000">
      <w:pPr>
        <w:spacing w:after="60"/>
      </w:pPr>
      <w:r>
        <w:t>3. Oświadczamy, że w cenie oferty zostały uwzględnione wszystkie koszty niezbędne do prawidłowego wykonania zamówienia.</w:t>
      </w:r>
    </w:p>
    <w:p w14:paraId="318B0372" w14:textId="77777777" w:rsidR="000223E3" w:rsidRDefault="00000000">
      <w:pPr>
        <w:spacing w:after="60"/>
      </w:pPr>
      <w:r>
        <w:t>4. Oświadczamy, że uważamy się za związanych niniejszą ofertą przez okres 30 dni od upływu terminu składania ofert.</w:t>
      </w:r>
    </w:p>
    <w:p w14:paraId="3D0FFDDD" w14:textId="77777777" w:rsidR="000223E3" w:rsidRDefault="00000000">
      <w:pPr>
        <w:spacing w:after="60"/>
      </w:pPr>
      <w:r>
        <w:t>5. Zobowiązujemy się – w przypadku wyboru naszej oferty – do zawarcia umowy w miejscu i terminie wyznaczonym przez Zamawiającego oraz do przeprowadzania w imieniu Zamawiającego procedury zmiany sprzedawcy paliwa gazowego.</w:t>
      </w:r>
    </w:p>
    <w:p w14:paraId="22DA3A1F" w14:textId="77777777" w:rsidR="00E25587" w:rsidRDefault="00000000" w:rsidP="00E25587">
      <w:pPr>
        <w:spacing w:after="60"/>
      </w:pPr>
      <w:r>
        <w:t xml:space="preserve">6. Oświadczamy, że nie podlegamy wykluczeniu z postępowania na podstawie art. 7 ust. 1 ustawy z dnia 13 kwietnia 2022 r. o szczególnych rozwiązaniach w zakresie przeciwdziałania wspieraniu agresji na Ukrainę oraz </w:t>
      </w:r>
      <w:proofErr w:type="spellStart"/>
      <w:r>
        <w:t>służących</w:t>
      </w:r>
      <w:proofErr w:type="spellEnd"/>
      <w:r>
        <w:t xml:space="preserve">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bezpieczeństwa</w:t>
      </w:r>
      <w:proofErr w:type="spellEnd"/>
      <w:r>
        <w:t xml:space="preserve"> </w:t>
      </w:r>
      <w:proofErr w:type="spellStart"/>
      <w:r>
        <w:t>narodowego</w:t>
      </w:r>
      <w:proofErr w:type="spellEnd"/>
      <w:r>
        <w:t>.</w:t>
      </w:r>
    </w:p>
    <w:p w14:paraId="491C07DE" w14:textId="77777777" w:rsidR="00E25587" w:rsidRDefault="00E25587" w:rsidP="00E25587">
      <w:pPr>
        <w:spacing w:after="60"/>
      </w:pPr>
    </w:p>
    <w:p w14:paraId="31941F4C" w14:textId="77777777" w:rsidR="00E25587" w:rsidRDefault="00000000" w:rsidP="00E25587">
      <w:pPr>
        <w:spacing w:after="60"/>
        <w:jc w:val="right"/>
        <w:rPr>
          <w:i/>
        </w:rPr>
      </w:pPr>
      <w:proofErr w:type="spellStart"/>
      <w:r>
        <w:rPr>
          <w:i/>
        </w:rPr>
        <w:t>Miejscowość</w:t>
      </w:r>
      <w:proofErr w:type="spellEnd"/>
      <w:r>
        <w:rPr>
          <w:i/>
        </w:rPr>
        <w:t>: ........................................, dnia ......................... r.</w:t>
      </w:r>
      <w:r>
        <w:rPr>
          <w:i/>
        </w:rPr>
        <w:br/>
      </w:r>
      <w:r>
        <w:rPr>
          <w:i/>
        </w:rPr>
        <w:br/>
      </w:r>
    </w:p>
    <w:p w14:paraId="733E0390" w14:textId="77777777" w:rsidR="00E25587" w:rsidRDefault="00E25587" w:rsidP="00E25587">
      <w:pPr>
        <w:spacing w:after="60"/>
        <w:jc w:val="right"/>
        <w:rPr>
          <w:i/>
        </w:rPr>
      </w:pPr>
    </w:p>
    <w:p w14:paraId="4E900C29" w14:textId="1A8173A3" w:rsidR="000223E3" w:rsidRDefault="00000000" w:rsidP="00E25587">
      <w:pPr>
        <w:spacing w:after="60"/>
        <w:jc w:val="right"/>
      </w:pPr>
      <w:r>
        <w:rPr>
          <w:b/>
        </w:rPr>
        <w:t>...................................................................................................</w:t>
      </w:r>
      <w:r>
        <w:rPr>
          <w:b/>
        </w:rPr>
        <w:br/>
      </w:r>
      <w:r>
        <w:rPr>
          <w:sz w:val="19"/>
        </w:rPr>
        <w:t>(Podpis i pieczęć osoby/osób upoważnionych</w:t>
      </w:r>
      <w:r>
        <w:rPr>
          <w:sz w:val="19"/>
        </w:rPr>
        <w:br/>
        <w:t>do reprezentowania Wykonawcy)</w:t>
      </w:r>
    </w:p>
    <w:sectPr w:rsidR="000223E3" w:rsidSect="00E25587">
      <w:pgSz w:w="12240" w:h="15840"/>
      <w:pgMar w:top="1296" w:right="1296" w:bottom="851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3491206">
    <w:abstractNumId w:val="8"/>
  </w:num>
  <w:num w:numId="2" w16cid:durableId="1983844027">
    <w:abstractNumId w:val="6"/>
  </w:num>
  <w:num w:numId="3" w16cid:durableId="256835933">
    <w:abstractNumId w:val="5"/>
  </w:num>
  <w:num w:numId="4" w16cid:durableId="154615098">
    <w:abstractNumId w:val="4"/>
  </w:num>
  <w:num w:numId="5" w16cid:durableId="1722096012">
    <w:abstractNumId w:val="7"/>
  </w:num>
  <w:num w:numId="6" w16cid:durableId="1305161867">
    <w:abstractNumId w:val="3"/>
  </w:num>
  <w:num w:numId="7" w16cid:durableId="1045562918">
    <w:abstractNumId w:val="2"/>
  </w:num>
  <w:num w:numId="8" w16cid:durableId="1657883342">
    <w:abstractNumId w:val="1"/>
  </w:num>
  <w:num w:numId="9" w16cid:durableId="169833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3E3"/>
    <w:rsid w:val="00034616"/>
    <w:rsid w:val="0006063C"/>
    <w:rsid w:val="0015074B"/>
    <w:rsid w:val="0029639D"/>
    <w:rsid w:val="00326F90"/>
    <w:rsid w:val="00415E46"/>
    <w:rsid w:val="00652496"/>
    <w:rsid w:val="00A517F8"/>
    <w:rsid w:val="00AA1D8D"/>
    <w:rsid w:val="00AD485D"/>
    <w:rsid w:val="00B47730"/>
    <w:rsid w:val="00CB0664"/>
    <w:rsid w:val="00E25587"/>
    <w:rsid w:val="00EF26F9"/>
    <w:rsid w:val="00FB75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3185B"/>
  <w14:defaultImageDpi w14:val="300"/>
  <w15:docId w15:val="{CF32B658-96F5-4A44-BA07-ECDF3BC6B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/>
    </w:pPr>
    <w:rPr>
      <w:rFonts w:ascii="Calibri" w:hAnsi="Calibri"/>
      <w:color w:val="33333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Michał Łuczak</cp:lastModifiedBy>
  <cp:revision>5</cp:revision>
  <dcterms:created xsi:type="dcterms:W3CDTF">2026-10-23T11:09:00Z</dcterms:created>
  <dcterms:modified xsi:type="dcterms:W3CDTF">2026-10-28T07:32:00Z</dcterms:modified>
  <cp:category/>
</cp:coreProperties>
</file>